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مشروعك الصغير خطوة بخطوة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أشرف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كلية التجارة - مصر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97897735082533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