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القطاع المصرفي... والاقتصاد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الأسرة/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977018683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الائتمان المصرفي/ التجارة العالمية/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