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الأطفال ( فن المستقبل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أنور عبد الحميد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9786144023044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