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الاغتراب في شعر أمجد ناصر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نسرين محمود الشرادقة/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9789957706883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الاغتراب/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