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أميركا اللاتينية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أميركا اللاتينية/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