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والتق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خطاب/ المكتبة التفاع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