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الترجمة والنسق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الكريم الشرقاوي/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80034455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الترجمة/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