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الشعر الحديث في المغرب العربي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يوسف ناوري/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توبوقال/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80035155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المغرب العربي/ الكتابة/ الشعر المعاصر/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