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والفكر وفلسفة الذهن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النفس/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