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الفكر النقدي و أسئلة الواقع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باقر جاسم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مركز الكتاب الأكاديمي/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9789957350383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الديمقراطية/ الأنظمة السياسية/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