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المجالس الشعرية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أزاد محمد الباجلاني/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