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تحولات النقد وحركية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عالي سرحان القرشي/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الإنتشار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9789953529660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النقد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