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المعرفي في الدرس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أزاد حسان شيخو/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البيان/ النقد المعرفي/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