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العربي القديم في دراسات المحدثين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عدي خالد محمود البدراني/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دار الصادق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9789957761363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