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الرمز والتخييل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9789957005191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القصة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