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ثنائيات في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محمد علي الشوابكة/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