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مهارات النقد والتذوق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سميا أحمد العفيف/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9789957831998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التدوق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