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والفلسفة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سلام كاظم الأوسي/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الفلسفة/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