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جمال حضري/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9789953515755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السيميائية/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