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تحليل الخطاب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حاتم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ورد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9789957522803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تحليل الخطاب/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