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 التاريخ الأدبي 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حسن الطالب/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التاريخ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