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مسرحيات تشيخوف ( من "بلاتونوف" الى "بستان الكرز")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أحمد على الهنمداني/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النقد الأدبي/ المسرحية/ تشيخوف/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