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الكبير الشرقاوي/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شعرية الترجمة/ الملحمة/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