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مصطلحات الل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قادر الفاسي الفه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4906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