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التجزئة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عبد الله العوامره/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9789957324766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تسويق التجزئة/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