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علاء الدين عبد الغني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