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9789957244132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الرياضيات/ أساليب التدريس/ الإحصاء الوصفي/ الإحصاء التطبيقي/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