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شعبان فرج/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الافراد/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