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امد سعد نور الشمر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ذاك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صفوف الانتظار/ شبك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