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المصرفية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وسيم محمد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الالكتروني/ العمل المصرفي/ الدفع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