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Swot لتقييم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التجارية/ swot/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