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المحاسبي ومحدداته وانعكاسها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طلال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مراقب الحسابات/ قيود القياس/ الافصاح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