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ات/ النماذج الرياضية/ المحاك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