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ثقافة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غالب فريجات/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9789957123253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التعليم العالي/ المكتبات الجامعية/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