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الادارة في منظمات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صفوان المبيضين/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منظمات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