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المؤسسات العامة وأسس تطبيق الوظائف الإدارية عليها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زيد منير عبوي/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9789957004101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المؤسسات العامة/ الوظائف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