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الطرق الإحصائية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محمد صبحي أبو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9789957122195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