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البورصات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علي توفيق الحاج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9789957524098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المالي/ الاسواق المالية/ الاستثمار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