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تسويق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عبد الله العوام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5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بيعات/ بحوث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