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درمان سليمان صادق/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9789957741419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 المعرفي/ العلاقات/ الزبون/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