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جويدان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9789957350536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الاردن/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