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ومراقبة الإنتاج في المؤسسات الصناعية والخدمية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سامح عبد المطلب عامر/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الصناعة/ ادارة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