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المشاريع الريادية : الصغيرة والمتوسطة ودورها في عملية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الصغيرة/ التنمية المستدامة/ المشاريع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