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مرأة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 الأمريكية/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