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( من التراث الى ناطحات السحاب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خليل أحمد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