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التاريخ الفكري لأزمة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صادق محمد نعيمي/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أفريقيا الشرق/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9789981254183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