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 ( مختارات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9789953684505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الشعراء/ المسرح/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