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ايقاعات الذات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فهد حسين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