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المطابقة والاختلاف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المطابقة/ الإختلاف/ المركزية الغربية/ المركزية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