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جمال المرازيق/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9789953363417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الثقافي/ الشعر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